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ושיחה מכבדת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כרטיסי השיח: חימום, העמקה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משפטים לשיח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משתמשים בשעון השיחה ובכלל הסיכום לפני התגובה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לתרגל שיחה מכבדת ולהעלות נושאים לדיון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שלושה: חימום, העמקה,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שואלים שאלות קלות לפתיחת השיחה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אחד המשפטים המוצעים לשיח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משפט מיוחד לבקש רשות לשאול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 לשיח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הבנתי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להוסיף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משפט למטרה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(לוודא שהבנתי את הדברים)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(להוסיף רעיון תוך הסכמה)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(לבקש רשות לשאול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(להביע דעה שונה בנימוס)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השימוש בכרטיסי השיח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שולפים כרטיס שיח מהקטגוריה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מקשיבים לשאלה שעל הכרטיס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מפעילים את שעון השיחה בזמן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מדברים בתורנו ומשתמשים במילים לשיח מכבד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אני חושבת אחרת, כי... ואפשר להוסיף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חימום, העמקה, 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משפט מהרשימה שמביע הסכמה, שאלה או דעה בנימוס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להראות שהקשבנו ולבנות שיחה מכבדת ורציפה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בעצמכם כרטיס אחד מכל שלב לפני שהתלמידים מתרגלים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בקול את מילות השיח המכבד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בשעון כיתתי קצר (30-60 שניות) כדי לשמור על קצב השיחה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ושיחה מכבדת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כרטיסי השיח הם כלי לשיחה בכיתה: בוחרים כרטיס משלב מתאים (חימום, העמקה או רפלקציה), מפעילים שעון שיחה, ומדברים בעזרת מילים לשיח מכבד.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להוסיף  ·  הבנתי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של כרטיסי השיח?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לתרגל שיחה מכבדת ולהעלות נושאים לדיון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לשנן טבלת כפל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לצייר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שלבים יש בכרטיסי השיח?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שלושה: חימום, העמקה, רפלקציה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קורה בשלב החימום?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שואלים שאלות קלות לפתיחת השיחה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מסכמים את כל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שותקים לגמרי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"אני מסכימה / מסכים, ורוצה להוסיף ש..." היא דוגמה למשפט לשיח מכבד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בשיח מכבד אסור בשום אופן לשאול שאלה על דברי החבר/ה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 לשיח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שמעתי שאמרת ש... האם __________ נכון?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אני מסכימה / מסכים, ורוצה __________ ש...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משפט למטרה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שמעתי שאמרת ש... האם הבנתי נכון?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להביע דעה שונה בנימוס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אני מסכימה / מסכים, ורוצה להוסיף ש...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לבקש רשות לשאול 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אפשר לשאול שאלה על מה שאמרת?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להוסיף רעיון תוך הסכמה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אני חושבת / חושב אחרת, כי...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לוודא שהבנתי את הדברים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השימוש בכרטיסי השיח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מפעילים את שעון השיחה בזמן שנבחר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מדברים בתורנו ומשתמשים במילים לשיח מכבד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מקשיבים לשאלה שעל הכרטיס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שולפים כרטיס שיח מהקטגוריה המתאימה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לשיח מכבד שהייתם משתמשים בו כדי להביע דעה שונה מחבר/ה לכיתה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שלבי כרטיסי השיח?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אחד לשיח מכבד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שיח ושיחה מכבדת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