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ושיחה מכבדת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כרטיסי השיח: חימום, העמקה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משפטים לשיח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משתמשים בשעון השיחה ובכלל הסיכום לפני התגובה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לתרגל שיחה מכבדת ולהעלות נושאים לדיון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שלושה: חימום, העמקה,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שואלים שאלות קלות לפתיחת השיחה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חושבים לעומק ומרחיבים על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30, 60, 90, 120 שניות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אחד המשפטים המוצעים לשיח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משפט מיוחד לבקש רשות לשאול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ברעיון המלווה את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הרפלקציה היא השלב האחרון, אחרי החימום וההעמקה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 לשיח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הבנתי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להוסיף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משפט למטרה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(לוודא שהבנתי את הדברים)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(להוסיף רעיון תוך הסכמה)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(לבקש רשות לשאול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(להביע דעה שונה בנימוס)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השימוש בכרטיסי השיח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שולפים כרטיס שיח מהקטגוריה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מקשיבים לשאלה שעל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מפעילים את שעון השיחה בזמן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מדברים בתורנו ומשתמשים במילים לשיח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מסכמים במשפט את מה שאמר הדובר הקודם לפני שמוסיפים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אני חושבת אחרת, כי... ואפשר להוסיף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פשוטה שמזמינה כל אחד לענות בקלות, למשל על טעם מועדף או חוויה יומיומית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חימום, העמקה, 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משפט מהרשימה שמביע הסכמה, שאלה או דעה בנימוס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להראות שהקשבנו ולבנות שיחה מכבדת ורציפה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בעצמכם כרטיס אחד מכל שלב לפני שהתלמידים מתרגלים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בקול את מילות השיח המכבד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בשעון כיתתי קצר (30-60 שניות) כדי לשמור על קצב השיחה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ושיחה מכבדת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כרטיסים לשיחה בכיתה. בוחרים כרטיס, מפעילים שעון, ומדברים בנימוס אחד עם השני/ה.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שיח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עם שאלה לדיון בכיתה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חימום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פתיחה עם שאלות קלות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העמקה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שבו חושבים לעומק על הנושא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שבו חושבים מה למדנו מהשיחה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שיח מכבד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 בנימוס ולהקשיב לאחרים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שעון שיחה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שקובע כמה זמן כל דובר/ת מדבר/ת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לסכם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בקצרה מה אמר מי שדיבר לפנינו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משתמשים בכרטיסי שיח?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לתרגל שיחה מכבדת ולהעלות נושאים לדיון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לשנן טבלת 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סוגי כרטיסים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שלושה: חימום, העמקה, רפלקציה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בחימום?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שואלים שאלות קלות לפתיחת השיחה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מסכמים את כל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שותקים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בהעמקה?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חושבים לעומק ומרחיבים על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מסיימים את השיחה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מציירים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זמן אפשר להגדיר בשעון?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30, 60, 90, 120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10, 20, 30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דקה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שעון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"אני מסכימה / מסכים, ורוצה להוסיף ש..." היא דוגמה למשפט לשיח מכבד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בשיח מכבד אסור בשום אופן לשאול שאלה על דברי החבר/ה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בכרטיסי השיח הוא שכל דובר/ת מסכמים במשפט את מי שדיבר לפניהם לפני שמוסיפים 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הרפלקציה מתרחש לפני שלב החימום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 לשיח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שמעתי שאמרת ש... האם __________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מסכימה / מסכים, ורוצה __________ ש...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אפשר לשאול __________ על מה שאמרת?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חושבת / חושב אחרת, __________...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משפט למטרה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שמעתי שאמרת ש... האם הבנתי נכון?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להביע דעה שונה בנימוס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אני מסכימה / מסכים, ורוצה להוסיף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לבקש רשות לשאול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אפשר לשאול שאלה על מה שאמרת?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לוודא שהבנתי את הדברים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אני חושבת / חושב אחרת, כי...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להוסיף רעיון תוך הסכמה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השימוש בכרטיסי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לשאלה שעל הכרטיס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מפעילים את שעון השיחה בזמן שנבחר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שולפים כרטיס שיח מהקטגוריה המתאימה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מסכמים במשפט את מה שאמר הדובר הקודם לפני שמוסיפים דעה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מדברים בתורנו ומשתמשים במילים לשיח מכבד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לשיח מכבד שהייתם משתמשים בו כדי להביע דעה שונה מחבר/ה לכיתה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שאלת חימום קלה שאפשר לשאול בתחילת שיחה כיתתית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שלבי כרטיסי השיח?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לשיח מכבד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לסכם את דברי הדובר הקודם לפני שמוסיפים?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שיח ושיחה מכבדת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