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ושיחה מכבדת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כרטיסי השיח: חימום, העמקה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בשעון השיחה ובכלל הסיכום לפני התגובה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לתרגל שיחה מכבדת ולהעלות נושאים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שלושה: חימום, העמקה,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שואלים שאלות קלות לפתיחת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חושבים לעומק ומרחיבים על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30, 60, 90, 120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המשפטים המוצעים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משפט מיוחד לבקש רשות לשאול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ברעיון המלווה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הרפלקציה היא השלב האחרון, אחרי החימום וההעמקה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משפט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(לוודא שהבנתי את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(להוסיף רעיון תוך 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(לבקש רשות לשאול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(להביע דעה שונה בנימוס)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השימוש בכרטיסי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שולפים כרטיס שיח מהקטגוריה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לשאלה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מפעילים את שעון השיחה בזמן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מדברים בתורנו ומשתמשים במילים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מסכמים במשפט את מה שאמר הדובר הקודם לפני שמוסיפים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חושבת אחרת, כי... ואפשר להוסיף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פשוטה שמזמינה כל אחד לענות בקלות, למשל על טעם מועדף או חוויה יומיומית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חימום, העמקה, 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משפט מהרשימה שמביע הסכמה, שאלה או דעה בנימוס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שהקשבנו ולבנות שיחה מכבדת ורציפה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בעצמכם כרטיס אחד מכל שלב לפני שהתלמידים מתרגלים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מילות השיח המכבד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בשעון כיתתי קצר (30-60 שניות) כדי לשמור על קצב השיחה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ושיחה מכבדת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כרטיסי השיח הם כלי לשיחה בכיתה: בוחרים כרטיס משלב מתאים (חימום, העמקה או רפלקציה), מפעילים שעון שיחה, ומדברים בעזרת מילים לשיח מכבד.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כרטיסי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שיחה מכבדת ולהעלות נושאים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לשנן טבלת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בכרטיסי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שלושה: חימום, העמקה, 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בשלב החימום?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שאלות קלות לפתיחת השיחה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מסכמים את כל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שותקים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בשלב ההעמקה?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חושבים לעומק ומרחיבים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מסיימים את השיחה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אפשרויות זמן קיימות בשעון השיחה?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30, 60, 90,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10, 20,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דקה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שעון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"אני מסכימה / מסכים, ורוצה להוסיף ש..." היא דוגמה למשפט לשיח מכבד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 מכבד אסור בשום אופן לשאול שאלה על דברי החבר/ה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בכרטיסי השיח הוא שכל דובר/ת מסכמים במשפט את מי שדיבר לפניהם לפני שמוסיפים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הרפלקציה מתרחש לפני שלב החימום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שמעתי שאמרת ש... האם __________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מסכימה / מסכים, ורוצה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לשאול __________ על מה שאמרת?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חושבת / חושב אחרת, __________...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משפט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שמעתי שאמרת ש... האם הבנתי נכון?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להוסיף רעיון תוך 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מסכימה / מסכים, ורוצה להוסיף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לבקש רשות לשאול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אפשר לשאול שאלה על מה שאמרת?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להביע דעה שונה בנימוס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אני חושבת / חושב אחרת,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לוודא שהבנתי את הדברים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השימוש בכרטיסי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במשפט את מה שאמר הדובר הקודם לפני שמוסיפים 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בתורנו ומשתמשים במילים לשיח מכבד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לשאלה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מפעילים את שעון השיחה בזמן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כרטיס שיח מהקטגוריה המתאימה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לשיח מכבד שהייתם משתמשים בו כדי להביע דעה שונה מחבר/ה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שאלת חימום קלה שאפשר לשאול בתחילת שיחה כיתתית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שלבי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לשיח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לסכם את דברי הדובר הקודם לפני שמוסיפים?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ושיחה מכבדת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